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893AC" w14:textId="1E92A817" w:rsidR="00E900E1" w:rsidRPr="00E02C8F" w:rsidRDefault="00E02C8F" w:rsidP="00E02C8F">
      <w:pPr>
        <w:jc w:val="center"/>
        <w:rPr>
          <w:b/>
          <w:sz w:val="26"/>
          <w:lang w:val="tr-TR"/>
        </w:rPr>
      </w:pPr>
      <w:r w:rsidRPr="001C29CA">
        <w:rPr>
          <w:b/>
          <w:sz w:val="26"/>
          <w:lang w:val="tr-TR"/>
        </w:rPr>
        <w:t>T.C.</w:t>
      </w:r>
      <w:r w:rsidRPr="001C29CA">
        <w:rPr>
          <w:b/>
          <w:sz w:val="26"/>
          <w:lang w:val="tr-TR"/>
        </w:rPr>
        <w:br/>
        <w:t>KARABÜK ÜNİVERSİTESİ</w:t>
      </w:r>
      <w:r w:rsidRPr="001C29CA">
        <w:rPr>
          <w:b/>
          <w:sz w:val="26"/>
          <w:lang w:val="tr-TR"/>
        </w:rPr>
        <w:br/>
        <w:t>MÜHENDİSLİK VE DOĞA BİLİMLERİ FAKÜLTESİ</w:t>
      </w:r>
      <w:r>
        <w:rPr>
          <w:b/>
          <w:sz w:val="26"/>
          <w:lang w:val="tr-TR"/>
        </w:rPr>
        <w:br/>
        <w:t>…………………………………………………………… BÖLÜM BAŞKANLIĞI’NA</w:t>
      </w:r>
    </w:p>
    <w:p w14:paraId="38B5DD84" w14:textId="77777777" w:rsidR="00E900E1" w:rsidRPr="001C29CA" w:rsidRDefault="00E02C8F">
      <w:pPr>
        <w:jc w:val="right"/>
        <w:rPr>
          <w:lang w:val="tr-TR"/>
        </w:rPr>
      </w:pPr>
      <w:r w:rsidRPr="001C29CA">
        <w:rPr>
          <w:b/>
          <w:lang w:val="tr-TR"/>
        </w:rPr>
        <w:t>… / … / 20…</w:t>
      </w:r>
    </w:p>
    <w:p w14:paraId="33FFD4FD" w14:textId="77777777" w:rsidR="00E900E1" w:rsidRPr="001C29CA" w:rsidRDefault="00E02C8F">
      <w:pPr>
        <w:jc w:val="center"/>
        <w:rPr>
          <w:lang w:val="tr-TR"/>
        </w:rPr>
      </w:pPr>
      <w:r w:rsidRPr="001C29CA">
        <w:rPr>
          <w:b/>
          <w:sz w:val="28"/>
          <w:lang w:val="tr-TR"/>
        </w:rPr>
        <w:t>DİLEKÇE</w:t>
      </w:r>
    </w:p>
    <w:p w14:paraId="789AC50C" w14:textId="77777777" w:rsidR="00E900E1" w:rsidRPr="001C29CA" w:rsidRDefault="00E02C8F" w:rsidP="00E02C8F">
      <w:pPr>
        <w:spacing w:before="120" w:after="120"/>
        <w:jc w:val="both"/>
        <w:rPr>
          <w:lang w:val="tr-TR"/>
        </w:rPr>
      </w:pPr>
      <w:r w:rsidRPr="001C29CA">
        <w:rPr>
          <w:b/>
          <w:lang w:val="tr-TR"/>
        </w:rPr>
        <w:t xml:space="preserve">Konu: </w:t>
      </w:r>
      <w:r w:rsidRPr="001C29CA">
        <w:rPr>
          <w:lang w:val="tr-TR"/>
        </w:rPr>
        <w:t>Yabancı dil yeterlilik koşulunun sağlanamaması nedeniyle başka bir yükseköğretim kurumuna yerleştirilme talebi</w:t>
      </w:r>
    </w:p>
    <w:p w14:paraId="64866713" w14:textId="1592D021" w:rsidR="00E900E1" w:rsidRPr="001C29CA" w:rsidRDefault="00E02C8F">
      <w:pPr>
        <w:ind w:firstLine="567"/>
        <w:jc w:val="both"/>
        <w:rPr>
          <w:lang w:val="tr-TR"/>
        </w:rPr>
      </w:pPr>
      <w:r w:rsidRPr="001C29CA">
        <w:rPr>
          <w:lang w:val="tr-TR"/>
        </w:rPr>
        <w:t>Fakülteniz ........................................................ Bölümü ........................................ programına,</w:t>
      </w:r>
      <w:r w:rsidR="00304DA3" w:rsidRPr="001C29CA">
        <w:rPr>
          <w:lang w:val="tr-TR"/>
        </w:rPr>
        <w:t xml:space="preserve"> 7592 sayılı kanun kapsamında</w:t>
      </w:r>
      <w:r w:rsidRPr="001C29CA">
        <w:rPr>
          <w:lang w:val="tr-TR"/>
        </w:rPr>
        <w:t xml:space="preserve"> yerleştirildim. Üniversitenizce uygulanan yabancı dil yeterlilik koşulunu sağlayamadığım için ilgili mevzuat kapsamında başka bir yükseköğretim kurumuna yerleştirilmek üzere Yükseköğretim Kurulu Başkanlığına bildirilmek istiyorum.</w:t>
      </w:r>
    </w:p>
    <w:p w14:paraId="132D3EB6" w14:textId="77777777" w:rsidR="00E900E1" w:rsidRPr="001C29CA" w:rsidRDefault="00E02C8F">
      <w:pPr>
        <w:ind w:firstLine="567"/>
        <w:jc w:val="both"/>
        <w:rPr>
          <w:lang w:val="tr-TR"/>
        </w:rPr>
      </w:pPr>
      <w:r w:rsidRPr="001C29CA">
        <w:rPr>
          <w:lang w:val="tr-TR"/>
        </w:rPr>
        <w:t>Yerleştirildiğim yıldaki ÖSYS/YKS taban puanım dikkate alınarak, aşağıda belirttiğim 5 yükseköğretim kurumu/program tercihimin değerlendirilmesini ve başvurumun Yükseköğretim Kurulu Başkanlığına iletilmesini arz ederim.</w:t>
      </w:r>
      <w:bookmarkStart w:id="0" w:name="_GoBack"/>
      <w:bookmarkEnd w:id="0"/>
    </w:p>
    <w:p w14:paraId="22FE2CF3" w14:textId="77777777" w:rsidR="00E900E1" w:rsidRPr="001C29CA" w:rsidRDefault="00E02C8F">
      <w:pPr>
        <w:jc w:val="center"/>
        <w:rPr>
          <w:lang w:val="tr-TR"/>
        </w:rPr>
      </w:pPr>
      <w:r w:rsidRPr="001C29CA">
        <w:rPr>
          <w:b/>
          <w:lang w:val="tr-TR"/>
        </w:rPr>
        <w:t>TERCİHLERİM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783"/>
        <w:gridCol w:w="2835"/>
        <w:gridCol w:w="3402"/>
        <w:gridCol w:w="2137"/>
      </w:tblGrid>
      <w:tr w:rsidR="00E900E1" w:rsidRPr="001C29CA" w14:paraId="28C27629" w14:textId="77777777" w:rsidTr="00304DA3">
        <w:trPr>
          <w:jc w:val="center"/>
        </w:trPr>
        <w:tc>
          <w:tcPr>
            <w:tcW w:w="783" w:type="dxa"/>
            <w:vAlign w:val="center"/>
          </w:tcPr>
          <w:p w14:paraId="0C0F1988" w14:textId="77777777" w:rsidR="00E900E1" w:rsidRPr="001C29CA" w:rsidRDefault="00E02C8F">
            <w:pPr>
              <w:rPr>
                <w:lang w:val="tr-TR"/>
              </w:rPr>
            </w:pPr>
            <w:r w:rsidRPr="001C29CA">
              <w:rPr>
                <w:b/>
                <w:sz w:val="20"/>
                <w:lang w:val="tr-TR"/>
              </w:rPr>
              <w:t>Tercih</w:t>
            </w:r>
          </w:p>
        </w:tc>
        <w:tc>
          <w:tcPr>
            <w:tcW w:w="2835" w:type="dxa"/>
            <w:vAlign w:val="center"/>
          </w:tcPr>
          <w:p w14:paraId="3A53332C" w14:textId="77777777" w:rsidR="00E900E1" w:rsidRPr="001C29CA" w:rsidRDefault="00E02C8F">
            <w:pPr>
              <w:rPr>
                <w:lang w:val="tr-TR"/>
              </w:rPr>
            </w:pPr>
            <w:r w:rsidRPr="001C29CA">
              <w:rPr>
                <w:b/>
                <w:sz w:val="20"/>
                <w:lang w:val="tr-TR"/>
              </w:rPr>
              <w:t>Yükseköğretim Kurumu</w:t>
            </w:r>
          </w:p>
        </w:tc>
        <w:tc>
          <w:tcPr>
            <w:tcW w:w="3402" w:type="dxa"/>
            <w:vAlign w:val="center"/>
          </w:tcPr>
          <w:p w14:paraId="24DF04BD" w14:textId="77777777" w:rsidR="00E900E1" w:rsidRPr="001C29CA" w:rsidRDefault="00E02C8F">
            <w:pPr>
              <w:rPr>
                <w:lang w:val="tr-TR"/>
              </w:rPr>
            </w:pPr>
            <w:r w:rsidRPr="001C29CA">
              <w:rPr>
                <w:b/>
                <w:sz w:val="20"/>
                <w:lang w:val="tr-TR"/>
              </w:rPr>
              <w:t>Fakülte / Bölüm / Program</w:t>
            </w:r>
          </w:p>
        </w:tc>
        <w:tc>
          <w:tcPr>
            <w:tcW w:w="2137" w:type="dxa"/>
            <w:vAlign w:val="center"/>
          </w:tcPr>
          <w:p w14:paraId="1AC593C4" w14:textId="3F1AB3A2" w:rsidR="00E900E1" w:rsidRPr="001C29CA" w:rsidRDefault="00304DA3">
            <w:pPr>
              <w:rPr>
                <w:lang w:val="tr-TR"/>
              </w:rPr>
            </w:pPr>
            <w:r w:rsidRPr="001C29CA">
              <w:rPr>
                <w:b/>
                <w:sz w:val="20"/>
                <w:lang w:val="tr-TR"/>
              </w:rPr>
              <w:t>İlgili Yıl Taban Puanı</w:t>
            </w:r>
          </w:p>
        </w:tc>
      </w:tr>
      <w:tr w:rsidR="00E900E1" w:rsidRPr="001C29CA" w14:paraId="02401A7E" w14:textId="77777777" w:rsidTr="00304DA3">
        <w:trPr>
          <w:jc w:val="center"/>
        </w:trPr>
        <w:tc>
          <w:tcPr>
            <w:tcW w:w="783" w:type="dxa"/>
            <w:vAlign w:val="center"/>
          </w:tcPr>
          <w:p w14:paraId="473BBFF6" w14:textId="77777777" w:rsidR="00E900E1" w:rsidRPr="001C29CA" w:rsidRDefault="00E02C8F">
            <w:pPr>
              <w:jc w:val="center"/>
              <w:rPr>
                <w:lang w:val="tr-TR"/>
              </w:rPr>
            </w:pPr>
            <w:r w:rsidRPr="001C29CA">
              <w:rPr>
                <w:sz w:val="20"/>
                <w:lang w:val="tr-TR"/>
              </w:rPr>
              <w:t>1</w:t>
            </w:r>
          </w:p>
        </w:tc>
        <w:tc>
          <w:tcPr>
            <w:tcW w:w="2835" w:type="dxa"/>
            <w:vAlign w:val="center"/>
          </w:tcPr>
          <w:p w14:paraId="5A401BA1" w14:textId="77777777" w:rsidR="00E900E1" w:rsidRPr="001C29CA" w:rsidRDefault="00E900E1">
            <w:pPr>
              <w:rPr>
                <w:lang w:val="tr-TR"/>
              </w:rPr>
            </w:pPr>
          </w:p>
        </w:tc>
        <w:tc>
          <w:tcPr>
            <w:tcW w:w="3402" w:type="dxa"/>
            <w:vAlign w:val="center"/>
          </w:tcPr>
          <w:p w14:paraId="6870D277" w14:textId="77777777" w:rsidR="00E900E1" w:rsidRPr="001C29CA" w:rsidRDefault="00E900E1">
            <w:pPr>
              <w:rPr>
                <w:lang w:val="tr-TR"/>
              </w:rPr>
            </w:pPr>
          </w:p>
        </w:tc>
        <w:tc>
          <w:tcPr>
            <w:tcW w:w="2137" w:type="dxa"/>
            <w:vAlign w:val="center"/>
          </w:tcPr>
          <w:p w14:paraId="4B471D69" w14:textId="77777777" w:rsidR="00E900E1" w:rsidRPr="001C29CA" w:rsidRDefault="00E900E1">
            <w:pPr>
              <w:rPr>
                <w:lang w:val="tr-TR"/>
              </w:rPr>
            </w:pPr>
          </w:p>
        </w:tc>
      </w:tr>
      <w:tr w:rsidR="00E900E1" w:rsidRPr="001C29CA" w14:paraId="5B3B0259" w14:textId="77777777" w:rsidTr="00304DA3">
        <w:trPr>
          <w:jc w:val="center"/>
        </w:trPr>
        <w:tc>
          <w:tcPr>
            <w:tcW w:w="783" w:type="dxa"/>
            <w:vAlign w:val="center"/>
          </w:tcPr>
          <w:p w14:paraId="704502FA" w14:textId="77777777" w:rsidR="00E900E1" w:rsidRPr="001C29CA" w:rsidRDefault="00E02C8F">
            <w:pPr>
              <w:jc w:val="center"/>
              <w:rPr>
                <w:lang w:val="tr-TR"/>
              </w:rPr>
            </w:pPr>
            <w:r w:rsidRPr="001C29CA">
              <w:rPr>
                <w:sz w:val="20"/>
                <w:lang w:val="tr-TR"/>
              </w:rPr>
              <w:t>2</w:t>
            </w:r>
          </w:p>
        </w:tc>
        <w:tc>
          <w:tcPr>
            <w:tcW w:w="2835" w:type="dxa"/>
            <w:vAlign w:val="center"/>
          </w:tcPr>
          <w:p w14:paraId="22901B4C" w14:textId="77777777" w:rsidR="00E900E1" w:rsidRPr="001C29CA" w:rsidRDefault="00E900E1">
            <w:pPr>
              <w:rPr>
                <w:lang w:val="tr-TR"/>
              </w:rPr>
            </w:pPr>
          </w:p>
        </w:tc>
        <w:tc>
          <w:tcPr>
            <w:tcW w:w="3402" w:type="dxa"/>
            <w:vAlign w:val="center"/>
          </w:tcPr>
          <w:p w14:paraId="0D74015D" w14:textId="77777777" w:rsidR="00E900E1" w:rsidRPr="001C29CA" w:rsidRDefault="00E900E1">
            <w:pPr>
              <w:rPr>
                <w:lang w:val="tr-TR"/>
              </w:rPr>
            </w:pPr>
          </w:p>
        </w:tc>
        <w:tc>
          <w:tcPr>
            <w:tcW w:w="2137" w:type="dxa"/>
            <w:vAlign w:val="center"/>
          </w:tcPr>
          <w:p w14:paraId="3664FC97" w14:textId="77777777" w:rsidR="00E900E1" w:rsidRPr="001C29CA" w:rsidRDefault="00E900E1">
            <w:pPr>
              <w:rPr>
                <w:lang w:val="tr-TR"/>
              </w:rPr>
            </w:pPr>
          </w:p>
        </w:tc>
      </w:tr>
      <w:tr w:rsidR="00E900E1" w:rsidRPr="001C29CA" w14:paraId="072ED382" w14:textId="77777777" w:rsidTr="00304DA3">
        <w:trPr>
          <w:jc w:val="center"/>
        </w:trPr>
        <w:tc>
          <w:tcPr>
            <w:tcW w:w="783" w:type="dxa"/>
            <w:vAlign w:val="center"/>
          </w:tcPr>
          <w:p w14:paraId="01D5F3D7" w14:textId="77777777" w:rsidR="00E900E1" w:rsidRPr="001C29CA" w:rsidRDefault="00E02C8F">
            <w:pPr>
              <w:jc w:val="center"/>
              <w:rPr>
                <w:lang w:val="tr-TR"/>
              </w:rPr>
            </w:pPr>
            <w:r w:rsidRPr="001C29CA">
              <w:rPr>
                <w:sz w:val="20"/>
                <w:lang w:val="tr-TR"/>
              </w:rPr>
              <w:t>3</w:t>
            </w:r>
          </w:p>
        </w:tc>
        <w:tc>
          <w:tcPr>
            <w:tcW w:w="2835" w:type="dxa"/>
            <w:vAlign w:val="center"/>
          </w:tcPr>
          <w:p w14:paraId="07F83AFA" w14:textId="77777777" w:rsidR="00E900E1" w:rsidRPr="001C29CA" w:rsidRDefault="00E900E1">
            <w:pPr>
              <w:rPr>
                <w:lang w:val="tr-TR"/>
              </w:rPr>
            </w:pPr>
          </w:p>
        </w:tc>
        <w:tc>
          <w:tcPr>
            <w:tcW w:w="3402" w:type="dxa"/>
            <w:vAlign w:val="center"/>
          </w:tcPr>
          <w:p w14:paraId="58FB4151" w14:textId="77777777" w:rsidR="00E900E1" w:rsidRPr="001C29CA" w:rsidRDefault="00E900E1">
            <w:pPr>
              <w:rPr>
                <w:lang w:val="tr-TR"/>
              </w:rPr>
            </w:pPr>
          </w:p>
        </w:tc>
        <w:tc>
          <w:tcPr>
            <w:tcW w:w="2137" w:type="dxa"/>
            <w:vAlign w:val="center"/>
          </w:tcPr>
          <w:p w14:paraId="3A05AF9C" w14:textId="77777777" w:rsidR="00E900E1" w:rsidRPr="001C29CA" w:rsidRDefault="00E900E1">
            <w:pPr>
              <w:rPr>
                <w:lang w:val="tr-TR"/>
              </w:rPr>
            </w:pPr>
          </w:p>
        </w:tc>
      </w:tr>
      <w:tr w:rsidR="00E900E1" w:rsidRPr="001C29CA" w14:paraId="749B53CB" w14:textId="77777777" w:rsidTr="00304DA3">
        <w:trPr>
          <w:jc w:val="center"/>
        </w:trPr>
        <w:tc>
          <w:tcPr>
            <w:tcW w:w="783" w:type="dxa"/>
            <w:vAlign w:val="center"/>
          </w:tcPr>
          <w:p w14:paraId="2A74E1EB" w14:textId="77777777" w:rsidR="00E900E1" w:rsidRPr="001C29CA" w:rsidRDefault="00E02C8F">
            <w:pPr>
              <w:jc w:val="center"/>
              <w:rPr>
                <w:lang w:val="tr-TR"/>
              </w:rPr>
            </w:pPr>
            <w:r w:rsidRPr="001C29CA">
              <w:rPr>
                <w:sz w:val="20"/>
                <w:lang w:val="tr-TR"/>
              </w:rPr>
              <w:t>4</w:t>
            </w:r>
          </w:p>
        </w:tc>
        <w:tc>
          <w:tcPr>
            <w:tcW w:w="2835" w:type="dxa"/>
            <w:vAlign w:val="center"/>
          </w:tcPr>
          <w:p w14:paraId="610BB6FB" w14:textId="77777777" w:rsidR="00E900E1" w:rsidRPr="001C29CA" w:rsidRDefault="00E900E1">
            <w:pPr>
              <w:rPr>
                <w:lang w:val="tr-TR"/>
              </w:rPr>
            </w:pPr>
          </w:p>
        </w:tc>
        <w:tc>
          <w:tcPr>
            <w:tcW w:w="3402" w:type="dxa"/>
            <w:vAlign w:val="center"/>
          </w:tcPr>
          <w:p w14:paraId="1977A762" w14:textId="77777777" w:rsidR="00E900E1" w:rsidRPr="001C29CA" w:rsidRDefault="00E900E1">
            <w:pPr>
              <w:rPr>
                <w:lang w:val="tr-TR"/>
              </w:rPr>
            </w:pPr>
          </w:p>
        </w:tc>
        <w:tc>
          <w:tcPr>
            <w:tcW w:w="2137" w:type="dxa"/>
            <w:vAlign w:val="center"/>
          </w:tcPr>
          <w:p w14:paraId="1E5D192B" w14:textId="77777777" w:rsidR="00E900E1" w:rsidRPr="001C29CA" w:rsidRDefault="00E900E1">
            <w:pPr>
              <w:rPr>
                <w:lang w:val="tr-TR"/>
              </w:rPr>
            </w:pPr>
          </w:p>
        </w:tc>
      </w:tr>
      <w:tr w:rsidR="00E900E1" w:rsidRPr="001C29CA" w14:paraId="2A090F43" w14:textId="77777777" w:rsidTr="00304DA3">
        <w:trPr>
          <w:jc w:val="center"/>
        </w:trPr>
        <w:tc>
          <w:tcPr>
            <w:tcW w:w="783" w:type="dxa"/>
            <w:vAlign w:val="center"/>
          </w:tcPr>
          <w:p w14:paraId="05EA9666" w14:textId="77777777" w:rsidR="00E900E1" w:rsidRPr="001C29CA" w:rsidRDefault="00E02C8F">
            <w:pPr>
              <w:jc w:val="center"/>
              <w:rPr>
                <w:lang w:val="tr-TR"/>
              </w:rPr>
            </w:pPr>
            <w:r w:rsidRPr="001C29CA">
              <w:rPr>
                <w:sz w:val="20"/>
                <w:lang w:val="tr-TR"/>
              </w:rPr>
              <w:t>5</w:t>
            </w:r>
          </w:p>
        </w:tc>
        <w:tc>
          <w:tcPr>
            <w:tcW w:w="2835" w:type="dxa"/>
            <w:vAlign w:val="center"/>
          </w:tcPr>
          <w:p w14:paraId="13988014" w14:textId="77777777" w:rsidR="00E900E1" w:rsidRPr="001C29CA" w:rsidRDefault="00E900E1">
            <w:pPr>
              <w:rPr>
                <w:lang w:val="tr-TR"/>
              </w:rPr>
            </w:pPr>
          </w:p>
        </w:tc>
        <w:tc>
          <w:tcPr>
            <w:tcW w:w="3402" w:type="dxa"/>
            <w:vAlign w:val="center"/>
          </w:tcPr>
          <w:p w14:paraId="5C763B82" w14:textId="77777777" w:rsidR="00E900E1" w:rsidRPr="001C29CA" w:rsidRDefault="00E900E1">
            <w:pPr>
              <w:rPr>
                <w:lang w:val="tr-TR"/>
              </w:rPr>
            </w:pPr>
          </w:p>
        </w:tc>
        <w:tc>
          <w:tcPr>
            <w:tcW w:w="2137" w:type="dxa"/>
            <w:vAlign w:val="center"/>
          </w:tcPr>
          <w:p w14:paraId="3ED5C591" w14:textId="77777777" w:rsidR="00E900E1" w:rsidRPr="001C29CA" w:rsidRDefault="00E900E1">
            <w:pPr>
              <w:rPr>
                <w:lang w:val="tr-TR"/>
              </w:rPr>
            </w:pPr>
          </w:p>
        </w:tc>
      </w:tr>
    </w:tbl>
    <w:p w14:paraId="389B5109" w14:textId="77777777" w:rsidR="00E900E1" w:rsidRPr="001C29CA" w:rsidRDefault="00E900E1">
      <w:pPr>
        <w:rPr>
          <w:lang w:val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236"/>
      </w:tblGrid>
      <w:tr w:rsidR="00E900E1" w:rsidRPr="001C29CA" w14:paraId="41CA2EDF" w14:textId="77777777">
        <w:trPr>
          <w:jc w:val="center"/>
        </w:trPr>
        <w:tc>
          <w:tcPr>
            <w:tcW w:w="2835" w:type="dxa"/>
          </w:tcPr>
          <w:p w14:paraId="39809BFD" w14:textId="77777777" w:rsidR="00E900E1" w:rsidRPr="001C29CA" w:rsidRDefault="00E02C8F">
            <w:pPr>
              <w:rPr>
                <w:lang w:val="tr-TR"/>
              </w:rPr>
            </w:pPr>
            <w:r w:rsidRPr="001C29CA">
              <w:rPr>
                <w:b/>
                <w:lang w:val="tr-TR"/>
              </w:rPr>
              <w:t>Adı Soyadı</w:t>
            </w:r>
          </w:p>
        </w:tc>
        <w:tc>
          <w:tcPr>
            <w:tcW w:w="6236" w:type="dxa"/>
          </w:tcPr>
          <w:p w14:paraId="15ED0AF6" w14:textId="77777777" w:rsidR="00E900E1" w:rsidRPr="001C29CA" w:rsidRDefault="00E900E1">
            <w:pPr>
              <w:rPr>
                <w:lang w:val="tr-TR"/>
              </w:rPr>
            </w:pPr>
          </w:p>
        </w:tc>
      </w:tr>
      <w:tr w:rsidR="00E900E1" w:rsidRPr="001C29CA" w14:paraId="70145F12" w14:textId="77777777">
        <w:trPr>
          <w:jc w:val="center"/>
        </w:trPr>
        <w:tc>
          <w:tcPr>
            <w:tcW w:w="2835" w:type="dxa"/>
          </w:tcPr>
          <w:p w14:paraId="04750100" w14:textId="77777777" w:rsidR="00E900E1" w:rsidRPr="001C29CA" w:rsidRDefault="00E02C8F">
            <w:pPr>
              <w:rPr>
                <w:lang w:val="tr-TR"/>
              </w:rPr>
            </w:pPr>
            <w:r w:rsidRPr="001C29CA">
              <w:rPr>
                <w:b/>
                <w:lang w:val="tr-TR"/>
              </w:rPr>
              <w:t>T.C. Kimlik No</w:t>
            </w:r>
          </w:p>
        </w:tc>
        <w:tc>
          <w:tcPr>
            <w:tcW w:w="6236" w:type="dxa"/>
          </w:tcPr>
          <w:p w14:paraId="17B40444" w14:textId="77777777" w:rsidR="00E900E1" w:rsidRPr="001C29CA" w:rsidRDefault="00E900E1">
            <w:pPr>
              <w:rPr>
                <w:lang w:val="tr-TR"/>
              </w:rPr>
            </w:pPr>
          </w:p>
        </w:tc>
      </w:tr>
      <w:tr w:rsidR="00E900E1" w:rsidRPr="001C29CA" w14:paraId="70D376E4" w14:textId="77777777">
        <w:trPr>
          <w:jc w:val="center"/>
        </w:trPr>
        <w:tc>
          <w:tcPr>
            <w:tcW w:w="2835" w:type="dxa"/>
          </w:tcPr>
          <w:p w14:paraId="5890227C" w14:textId="77777777" w:rsidR="00E900E1" w:rsidRPr="001C29CA" w:rsidRDefault="00E02C8F">
            <w:pPr>
              <w:rPr>
                <w:lang w:val="tr-TR"/>
              </w:rPr>
            </w:pPr>
            <w:r w:rsidRPr="001C29CA">
              <w:rPr>
                <w:b/>
                <w:lang w:val="tr-TR"/>
              </w:rPr>
              <w:t>Öğrenci No</w:t>
            </w:r>
          </w:p>
        </w:tc>
        <w:tc>
          <w:tcPr>
            <w:tcW w:w="6236" w:type="dxa"/>
          </w:tcPr>
          <w:p w14:paraId="2C87CD15" w14:textId="77777777" w:rsidR="00E900E1" w:rsidRPr="001C29CA" w:rsidRDefault="00E900E1">
            <w:pPr>
              <w:rPr>
                <w:lang w:val="tr-TR"/>
              </w:rPr>
            </w:pPr>
          </w:p>
        </w:tc>
      </w:tr>
      <w:tr w:rsidR="00E900E1" w:rsidRPr="001C29CA" w14:paraId="6614A1A1" w14:textId="77777777">
        <w:trPr>
          <w:jc w:val="center"/>
        </w:trPr>
        <w:tc>
          <w:tcPr>
            <w:tcW w:w="2835" w:type="dxa"/>
          </w:tcPr>
          <w:p w14:paraId="7B8507FA" w14:textId="77777777" w:rsidR="00E900E1" w:rsidRPr="001C29CA" w:rsidRDefault="00E02C8F">
            <w:pPr>
              <w:rPr>
                <w:lang w:val="tr-TR"/>
              </w:rPr>
            </w:pPr>
            <w:r w:rsidRPr="001C29CA">
              <w:rPr>
                <w:b/>
                <w:lang w:val="tr-TR"/>
              </w:rPr>
              <w:t>Yerleştirme Yılı</w:t>
            </w:r>
          </w:p>
        </w:tc>
        <w:tc>
          <w:tcPr>
            <w:tcW w:w="6236" w:type="dxa"/>
          </w:tcPr>
          <w:p w14:paraId="39900B77" w14:textId="77777777" w:rsidR="00E900E1" w:rsidRPr="001C29CA" w:rsidRDefault="00E900E1">
            <w:pPr>
              <w:rPr>
                <w:lang w:val="tr-TR"/>
              </w:rPr>
            </w:pPr>
          </w:p>
        </w:tc>
      </w:tr>
      <w:tr w:rsidR="00E900E1" w:rsidRPr="001C29CA" w14:paraId="29ECB04B" w14:textId="77777777">
        <w:trPr>
          <w:jc w:val="center"/>
        </w:trPr>
        <w:tc>
          <w:tcPr>
            <w:tcW w:w="2835" w:type="dxa"/>
          </w:tcPr>
          <w:p w14:paraId="40898FAE" w14:textId="77777777" w:rsidR="00E900E1" w:rsidRPr="001C29CA" w:rsidRDefault="00E02C8F">
            <w:pPr>
              <w:rPr>
                <w:lang w:val="tr-TR"/>
              </w:rPr>
            </w:pPr>
            <w:r w:rsidRPr="001C29CA">
              <w:rPr>
                <w:b/>
                <w:lang w:val="tr-TR"/>
              </w:rPr>
              <w:t>YKS/ÖSYS Puan Türü</w:t>
            </w:r>
          </w:p>
        </w:tc>
        <w:tc>
          <w:tcPr>
            <w:tcW w:w="6236" w:type="dxa"/>
          </w:tcPr>
          <w:p w14:paraId="7859D927" w14:textId="77777777" w:rsidR="00E900E1" w:rsidRPr="001C29CA" w:rsidRDefault="00E900E1">
            <w:pPr>
              <w:rPr>
                <w:lang w:val="tr-TR"/>
              </w:rPr>
            </w:pPr>
          </w:p>
        </w:tc>
      </w:tr>
      <w:tr w:rsidR="00E900E1" w:rsidRPr="001C29CA" w14:paraId="45B8E24B" w14:textId="77777777">
        <w:trPr>
          <w:jc w:val="center"/>
        </w:trPr>
        <w:tc>
          <w:tcPr>
            <w:tcW w:w="2835" w:type="dxa"/>
          </w:tcPr>
          <w:p w14:paraId="78340249" w14:textId="77777777" w:rsidR="00E900E1" w:rsidRPr="001C29CA" w:rsidRDefault="00E02C8F">
            <w:pPr>
              <w:rPr>
                <w:lang w:val="tr-TR"/>
              </w:rPr>
            </w:pPr>
            <w:r w:rsidRPr="001C29CA">
              <w:rPr>
                <w:b/>
                <w:lang w:val="tr-TR"/>
              </w:rPr>
              <w:t>YKS/ÖSYS Puanı</w:t>
            </w:r>
          </w:p>
        </w:tc>
        <w:tc>
          <w:tcPr>
            <w:tcW w:w="6236" w:type="dxa"/>
          </w:tcPr>
          <w:p w14:paraId="7E48B0F0" w14:textId="77777777" w:rsidR="00E900E1" w:rsidRPr="001C29CA" w:rsidRDefault="00E900E1">
            <w:pPr>
              <w:rPr>
                <w:lang w:val="tr-TR"/>
              </w:rPr>
            </w:pPr>
          </w:p>
        </w:tc>
      </w:tr>
      <w:tr w:rsidR="00E900E1" w:rsidRPr="001C29CA" w14:paraId="1CFCFCA9" w14:textId="77777777">
        <w:trPr>
          <w:jc w:val="center"/>
        </w:trPr>
        <w:tc>
          <w:tcPr>
            <w:tcW w:w="2835" w:type="dxa"/>
          </w:tcPr>
          <w:p w14:paraId="60CE41DE" w14:textId="77777777" w:rsidR="00E900E1" w:rsidRPr="001C29CA" w:rsidRDefault="00E02C8F">
            <w:pPr>
              <w:rPr>
                <w:lang w:val="tr-TR"/>
              </w:rPr>
            </w:pPr>
            <w:r w:rsidRPr="001C29CA">
              <w:rPr>
                <w:b/>
                <w:lang w:val="tr-TR"/>
              </w:rPr>
              <w:t>Telefon</w:t>
            </w:r>
          </w:p>
        </w:tc>
        <w:tc>
          <w:tcPr>
            <w:tcW w:w="6236" w:type="dxa"/>
          </w:tcPr>
          <w:p w14:paraId="63C1CDB1" w14:textId="77777777" w:rsidR="00E900E1" w:rsidRPr="001C29CA" w:rsidRDefault="00E900E1">
            <w:pPr>
              <w:rPr>
                <w:lang w:val="tr-TR"/>
              </w:rPr>
            </w:pPr>
          </w:p>
        </w:tc>
      </w:tr>
      <w:tr w:rsidR="00E900E1" w:rsidRPr="001C29CA" w14:paraId="34BA196A" w14:textId="77777777">
        <w:trPr>
          <w:jc w:val="center"/>
        </w:trPr>
        <w:tc>
          <w:tcPr>
            <w:tcW w:w="2835" w:type="dxa"/>
          </w:tcPr>
          <w:p w14:paraId="30758E73" w14:textId="77777777" w:rsidR="00E900E1" w:rsidRPr="001C29CA" w:rsidRDefault="00E02C8F">
            <w:pPr>
              <w:rPr>
                <w:lang w:val="tr-TR"/>
              </w:rPr>
            </w:pPr>
            <w:r w:rsidRPr="001C29CA">
              <w:rPr>
                <w:b/>
                <w:lang w:val="tr-TR"/>
              </w:rPr>
              <w:t>E-posta</w:t>
            </w:r>
          </w:p>
        </w:tc>
        <w:tc>
          <w:tcPr>
            <w:tcW w:w="6236" w:type="dxa"/>
          </w:tcPr>
          <w:p w14:paraId="28E6AE51" w14:textId="77777777" w:rsidR="00E900E1" w:rsidRPr="001C29CA" w:rsidRDefault="00E900E1">
            <w:pPr>
              <w:rPr>
                <w:lang w:val="tr-TR"/>
              </w:rPr>
            </w:pPr>
          </w:p>
        </w:tc>
      </w:tr>
    </w:tbl>
    <w:p w14:paraId="626DD5FE" w14:textId="77777777" w:rsidR="00E900E1" w:rsidRPr="001C29CA" w:rsidRDefault="00E900E1">
      <w:pPr>
        <w:rPr>
          <w:lang w:val="tr-TR"/>
        </w:rPr>
      </w:pPr>
    </w:p>
    <w:p w14:paraId="2AB74CFD" w14:textId="77777777" w:rsidR="00E900E1" w:rsidRPr="001C29CA" w:rsidRDefault="00E02C8F">
      <w:pPr>
        <w:jc w:val="right"/>
        <w:rPr>
          <w:lang w:val="tr-TR"/>
        </w:rPr>
      </w:pPr>
      <w:r w:rsidRPr="001C29CA">
        <w:rPr>
          <w:b/>
          <w:lang w:val="tr-TR"/>
        </w:rPr>
        <w:t>İmza</w:t>
      </w:r>
    </w:p>
    <w:p w14:paraId="551145F9" w14:textId="23E12CCB" w:rsidR="00E900E1" w:rsidRPr="001C29CA" w:rsidRDefault="00E900E1">
      <w:pPr>
        <w:rPr>
          <w:lang w:val="tr-TR"/>
        </w:rPr>
      </w:pPr>
    </w:p>
    <w:p w14:paraId="75CB303C" w14:textId="10801D06" w:rsidR="00E900E1" w:rsidRPr="001C29CA" w:rsidRDefault="00E02C8F" w:rsidP="006F1B2D">
      <w:pPr>
        <w:jc w:val="right"/>
        <w:rPr>
          <w:lang w:val="tr-TR"/>
        </w:rPr>
      </w:pPr>
      <w:r w:rsidRPr="001C29CA">
        <w:rPr>
          <w:b/>
          <w:lang w:val="tr-TR"/>
        </w:rPr>
        <w:t>Adı Soyadı</w:t>
      </w:r>
      <w:r>
        <w:rPr>
          <w:b/>
          <w:lang w:val="tr-TR"/>
        </w:rPr>
        <w:br/>
      </w:r>
    </w:p>
    <w:p w14:paraId="0F06549A" w14:textId="031BD187" w:rsidR="00E900E1" w:rsidRPr="001C29CA" w:rsidRDefault="00E02C8F">
      <w:pPr>
        <w:rPr>
          <w:lang w:val="tr-TR"/>
        </w:rPr>
      </w:pPr>
      <w:r w:rsidRPr="001C29CA">
        <w:rPr>
          <w:b/>
          <w:lang w:val="tr-TR"/>
        </w:rPr>
        <w:t xml:space="preserve">Ek: </w:t>
      </w:r>
      <w:r w:rsidR="006F1B2D" w:rsidRPr="001C29CA">
        <w:rPr>
          <w:lang w:val="tr-TR"/>
        </w:rPr>
        <w:t>İl</w:t>
      </w:r>
      <w:r w:rsidRPr="001C29CA">
        <w:rPr>
          <w:lang w:val="tr-TR"/>
        </w:rPr>
        <w:t>gili sınav/yerleştirme sonuç belgesi</w:t>
      </w:r>
    </w:p>
    <w:sectPr w:rsidR="00E900E1" w:rsidRPr="001C29CA" w:rsidSect="006F1B2D">
      <w:pgSz w:w="12240" w:h="15840"/>
      <w:pgMar w:top="1247" w:right="1418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F861AA" w14:textId="77777777" w:rsidR="007B0471" w:rsidRDefault="007B0471" w:rsidP="00BB6583">
      <w:pPr>
        <w:spacing w:after="0" w:line="240" w:lineRule="auto"/>
      </w:pPr>
      <w:r>
        <w:separator/>
      </w:r>
    </w:p>
  </w:endnote>
  <w:endnote w:type="continuationSeparator" w:id="0">
    <w:p w14:paraId="4202614A" w14:textId="77777777" w:rsidR="007B0471" w:rsidRDefault="007B0471" w:rsidP="00BB6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DEC992" w14:textId="77777777" w:rsidR="007B0471" w:rsidRDefault="007B0471" w:rsidP="00BB6583">
      <w:pPr>
        <w:spacing w:after="0" w:line="240" w:lineRule="auto"/>
      </w:pPr>
      <w:r>
        <w:separator/>
      </w:r>
    </w:p>
  </w:footnote>
  <w:footnote w:type="continuationSeparator" w:id="0">
    <w:p w14:paraId="11552A7D" w14:textId="77777777" w:rsidR="007B0471" w:rsidRDefault="007B0471" w:rsidP="00BB6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29CA"/>
    <w:rsid w:val="0029639D"/>
    <w:rsid w:val="00304DA3"/>
    <w:rsid w:val="00326F90"/>
    <w:rsid w:val="006F1B2D"/>
    <w:rsid w:val="007B0471"/>
    <w:rsid w:val="00AA1D8D"/>
    <w:rsid w:val="00B47730"/>
    <w:rsid w:val="00BB6583"/>
    <w:rsid w:val="00CB0664"/>
    <w:rsid w:val="00E02C8F"/>
    <w:rsid w:val="00E504EE"/>
    <w:rsid w:val="00E900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D8B1F0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986</Characters>
  <Application>Microsoft Office Word</Application>
  <DocSecurity>0</DocSecurity>
  <Lines>8</Lines>
  <Paragraphs>2</Paragraphs>
  <ScaleCrop>false</ScaleCrop>
  <Manager/>
  <Company/>
  <LinksUpToDate>false</LinksUpToDate>
  <CharactersWithSpaces>1156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2026-09-14T07:11:00Z</dcterms:created>
  <dcterms:modified xsi:type="dcterms:W3CDTF">2026-09-14T07:11:00Z</dcterms:modified>
  <cp:category/>
</cp:coreProperties>
</file>